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869A" w14:textId="2EC9FEB0" w:rsidR="00386149" w:rsidRPr="00386149" w:rsidRDefault="00F56440" w:rsidP="00ED371C">
      <w:pPr>
        <w:spacing w:after="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40144D07" wp14:editId="0892E0E8">
            <wp:extent cx="3635160" cy="666595"/>
            <wp:effectExtent l="0" t="0" r="3810" b="635"/>
            <wp:docPr id="1974996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811" cy="68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AB482" w14:textId="75491385" w:rsidR="00386149" w:rsidRPr="00386149" w:rsidRDefault="007D295D" w:rsidP="00ED371C">
      <w:pPr>
        <w:spacing w:after="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Radiology </w:t>
      </w:r>
      <w:r w:rsidR="00386149" w:rsidRPr="00386149">
        <w:rPr>
          <w:rFonts w:ascii="Calibri" w:hAnsi="Calibri" w:cs="Calibri"/>
          <w:b/>
          <w:bCs/>
          <w:color w:val="000000" w:themeColor="text1"/>
          <w:sz w:val="24"/>
          <w:szCs w:val="24"/>
        </w:rPr>
        <w:t>Volunteer/Observation Verification Form</w:t>
      </w:r>
    </w:p>
    <w:p w14:paraId="7D680016" w14:textId="173BB99F" w:rsidR="00BD496E" w:rsidRPr="00386149" w:rsidRDefault="00564283" w:rsidP="00ED371C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Applicant Information</w:t>
      </w:r>
      <w:r w:rsidR="00386149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19D83545" w14:textId="4CBDE19D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Applicant Name: ___________________________</w:t>
      </w:r>
      <w:r w:rsidR="00386149">
        <w:rPr>
          <w:rFonts w:ascii="Calibri" w:hAnsi="Calibri" w:cs="Calibri"/>
          <w:color w:val="000000" w:themeColor="text1"/>
          <w:sz w:val="24"/>
          <w:szCs w:val="24"/>
        </w:rPr>
        <w:t>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__________</w:t>
      </w:r>
    </w:p>
    <w:p w14:paraId="1680537D" w14:textId="4A96033D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Phone Number: _____________________________________</w:t>
      </w:r>
      <w:r w:rsidR="00386149">
        <w:rPr>
          <w:rFonts w:ascii="Calibri" w:hAnsi="Calibri" w:cs="Calibri"/>
          <w:color w:val="000000" w:themeColor="text1"/>
          <w:sz w:val="24"/>
          <w:szCs w:val="24"/>
        </w:rPr>
        <w:t>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</w:t>
      </w:r>
    </w:p>
    <w:p w14:paraId="540F9775" w14:textId="34B988B2" w:rsidR="00BD496E" w:rsidRPr="00386149" w:rsidRDefault="00564283" w:rsidP="00ED371C">
      <w:pPr>
        <w:spacing w:after="0"/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Email Address: __________________________________</w:t>
      </w:r>
      <w:r w:rsidR="00386149">
        <w:rPr>
          <w:rFonts w:ascii="Calibri" w:hAnsi="Calibri" w:cs="Calibri"/>
          <w:color w:val="000000" w:themeColor="text1"/>
          <w:sz w:val="24"/>
          <w:szCs w:val="24"/>
        </w:rPr>
        <w:t>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</w:t>
      </w:r>
    </w:p>
    <w:p w14:paraId="5DCAF204" w14:textId="77777777" w:rsidR="00386149" w:rsidRDefault="00386149" w:rsidP="00ED371C">
      <w:pPr>
        <w:keepNext/>
        <w:keepLines/>
        <w:spacing w:after="0"/>
        <w:outlineLvl w:val="1"/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</w:rPr>
      </w:pPr>
    </w:p>
    <w:p w14:paraId="30DAF093" w14:textId="3B6CF39F" w:rsidR="00386149" w:rsidRPr="00386149" w:rsidRDefault="00386149" w:rsidP="00ED371C">
      <w:pPr>
        <w:keepNext/>
        <w:keepLines/>
        <w:spacing w:after="0"/>
        <w:outlineLvl w:val="1"/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</w:rPr>
      </w:pPr>
      <w:r w:rsidRPr="00386149"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</w:rPr>
        <w:t>Experience Verification</w:t>
      </w:r>
      <w:r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</w:rPr>
        <w:t>:</w:t>
      </w:r>
    </w:p>
    <w:p w14:paraId="5A4C13B6" w14:textId="77777777" w:rsidR="00386149" w:rsidRPr="00386149" w:rsidRDefault="00386149" w:rsidP="00386149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 xml:space="preserve">Please indicate the total number of hours completed in the </w:t>
      </w:r>
      <w:r w:rsidRPr="0038614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radiology 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department.</w:t>
      </w:r>
    </w:p>
    <w:p w14:paraId="339D24EE" w14:textId="0213A250" w:rsidR="00386149" w:rsidRPr="00386149" w:rsidRDefault="00386149" w:rsidP="00386149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Total Hours Completed: ___________________</w:t>
      </w:r>
      <w:r>
        <w:rPr>
          <w:rFonts w:ascii="Calibri" w:hAnsi="Calibri" w:cs="Calibri"/>
          <w:color w:val="000000" w:themeColor="text1"/>
          <w:sz w:val="24"/>
          <w:szCs w:val="24"/>
        </w:rPr>
        <w:t>___________________________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</w:t>
      </w:r>
      <w:r>
        <w:rPr>
          <w:rFonts w:ascii="Calibri" w:hAnsi="Calibri" w:cs="Calibri"/>
          <w:color w:val="000000" w:themeColor="text1"/>
          <w:sz w:val="24"/>
          <w:szCs w:val="24"/>
        </w:rPr>
        <w:t>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</w:t>
      </w:r>
    </w:p>
    <w:p w14:paraId="2E9E82F2" w14:textId="19DC11B7" w:rsidR="00386149" w:rsidRPr="00386149" w:rsidRDefault="00386149" w:rsidP="00ED371C">
      <w:pPr>
        <w:spacing w:after="0"/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Dates of Experience: ______________</w:t>
      </w:r>
      <w:r>
        <w:rPr>
          <w:rFonts w:ascii="Calibri" w:hAnsi="Calibri" w:cs="Calibri"/>
          <w:color w:val="000000" w:themeColor="text1"/>
          <w:sz w:val="24"/>
          <w:szCs w:val="24"/>
        </w:rPr>
        <w:t>_________________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</w:t>
      </w:r>
    </w:p>
    <w:p w14:paraId="752E767E" w14:textId="77777777" w:rsidR="00386149" w:rsidRDefault="00386149" w:rsidP="00ED371C">
      <w:pPr>
        <w:pStyle w:val="Heading2"/>
        <w:spacing w:before="0"/>
        <w:rPr>
          <w:rFonts w:ascii="Calibri" w:hAnsi="Calibri" w:cs="Calibri"/>
          <w:color w:val="000000" w:themeColor="text1"/>
          <w:sz w:val="24"/>
          <w:szCs w:val="24"/>
        </w:rPr>
      </w:pPr>
    </w:p>
    <w:p w14:paraId="7532546B" w14:textId="4DB35E1E" w:rsidR="00BD496E" w:rsidRPr="00386149" w:rsidRDefault="00564283" w:rsidP="00ED371C">
      <w:pPr>
        <w:pStyle w:val="Heading2"/>
        <w:spacing w:before="0"/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Volunteer/Observation Site Information</w:t>
      </w:r>
      <w:r w:rsidR="00386149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26DD82CF" w14:textId="039A0735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Hospital/Facility Name: ____________________</w:t>
      </w:r>
      <w:r w:rsidR="00386149">
        <w:rPr>
          <w:rFonts w:ascii="Calibri" w:hAnsi="Calibri" w:cs="Calibri"/>
          <w:color w:val="000000" w:themeColor="text1"/>
          <w:sz w:val="24"/>
          <w:szCs w:val="24"/>
        </w:rPr>
        <w:t>________________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</w:t>
      </w:r>
    </w:p>
    <w:p w14:paraId="07736C84" w14:textId="0B3902F4" w:rsidR="00BD496E" w:rsidRPr="00386149" w:rsidRDefault="00386149">
      <w:p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Hospital/Facility</w:t>
      </w:r>
      <w:r w:rsidR="00564283" w:rsidRPr="00386149">
        <w:rPr>
          <w:rFonts w:ascii="Calibri" w:hAnsi="Calibri" w:cs="Calibri"/>
          <w:color w:val="000000" w:themeColor="text1"/>
          <w:sz w:val="24"/>
          <w:szCs w:val="24"/>
        </w:rPr>
        <w:t xml:space="preserve"> Address: ___________________________</w:t>
      </w:r>
      <w:r>
        <w:rPr>
          <w:rFonts w:ascii="Calibri" w:hAnsi="Calibri" w:cs="Calibri"/>
          <w:color w:val="000000" w:themeColor="text1"/>
          <w:sz w:val="24"/>
          <w:szCs w:val="24"/>
        </w:rPr>
        <w:t>____________</w:t>
      </w:r>
      <w:r w:rsidR="00564283" w:rsidRPr="00386149">
        <w:rPr>
          <w:rFonts w:ascii="Calibri" w:hAnsi="Calibri" w:cs="Calibri"/>
          <w:color w:val="000000" w:themeColor="text1"/>
          <w:sz w:val="24"/>
          <w:szCs w:val="24"/>
        </w:rPr>
        <w:t>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___________________________</w:t>
      </w:r>
      <w:r w:rsidR="00564283" w:rsidRPr="00386149">
        <w:rPr>
          <w:rFonts w:ascii="Calibri" w:hAnsi="Calibri" w:cs="Calibri"/>
          <w:color w:val="000000" w:themeColor="text1"/>
          <w:sz w:val="24"/>
          <w:szCs w:val="24"/>
        </w:rPr>
        <w:t>__</w:t>
      </w:r>
    </w:p>
    <w:p w14:paraId="7216BCF9" w14:textId="5DC97EE9" w:rsidR="00BD496E" w:rsidRPr="00386149" w:rsidRDefault="00564283" w:rsidP="00ED371C">
      <w:pPr>
        <w:spacing w:after="0"/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____________________________________________</w:t>
      </w:r>
      <w:r w:rsidR="00386149">
        <w:rPr>
          <w:rFonts w:ascii="Calibri" w:hAnsi="Calibri" w:cs="Calibri"/>
          <w:color w:val="000000" w:themeColor="text1"/>
          <w:sz w:val="24"/>
          <w:szCs w:val="24"/>
        </w:rPr>
        <w:t>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_______</w:t>
      </w:r>
    </w:p>
    <w:p w14:paraId="08A9184D" w14:textId="77777777" w:rsidR="00386149" w:rsidRDefault="00386149" w:rsidP="00ED371C">
      <w:pPr>
        <w:pStyle w:val="Heading2"/>
        <w:spacing w:before="0"/>
        <w:rPr>
          <w:rFonts w:ascii="Calibri" w:hAnsi="Calibri" w:cs="Calibri"/>
          <w:color w:val="000000" w:themeColor="text1"/>
          <w:sz w:val="24"/>
          <w:szCs w:val="24"/>
        </w:rPr>
      </w:pPr>
    </w:p>
    <w:p w14:paraId="21B24ECF" w14:textId="1284B890" w:rsidR="00BD496E" w:rsidRPr="00386149" w:rsidRDefault="00564283" w:rsidP="00ED371C">
      <w:pPr>
        <w:pStyle w:val="Heading2"/>
        <w:spacing w:before="0"/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Supervisor/Manager Verification</w:t>
      </w:r>
    </w:p>
    <w:p w14:paraId="50862D9F" w14:textId="77777777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I verify that the applicant listed above completed the volunteer and/or observation hours indicated within the radiology department at this facility.</w:t>
      </w:r>
    </w:p>
    <w:p w14:paraId="4690FF1C" w14:textId="3F7070AB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Supervisor/Manager Name (Printed): _________________________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</w:t>
      </w:r>
    </w:p>
    <w:p w14:paraId="4397A08D" w14:textId="66651626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Title: _________________________________________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______________________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__________</w:t>
      </w:r>
    </w:p>
    <w:p w14:paraId="2AF710B9" w14:textId="61D69884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Phone Number or Email: _____________________________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_______</w:t>
      </w:r>
    </w:p>
    <w:p w14:paraId="63495854" w14:textId="10A167F8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Signature: ____________________________________________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______________________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</w:t>
      </w:r>
    </w:p>
    <w:p w14:paraId="0FCE8787" w14:textId="7F0C6EBA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Date: ______________________________________________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______________________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</w:t>
      </w:r>
    </w:p>
    <w:p w14:paraId="013206EF" w14:textId="71C0BAAA" w:rsidR="00BD496E" w:rsidRPr="00386149" w:rsidRDefault="00564283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Applicant Signature</w:t>
      </w:r>
      <w:r w:rsidR="00386149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7740BDD6" w14:textId="77777777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I certify that the information provided on this form is accurate.</w:t>
      </w:r>
    </w:p>
    <w:p w14:paraId="09BFB1BC" w14:textId="678666C1" w:rsidR="00BD496E" w:rsidRPr="00386149" w:rsidRDefault="0056428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Applicant Signature: ________________________________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______________________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_______</w:t>
      </w:r>
    </w:p>
    <w:p w14:paraId="1A122309" w14:textId="5D24174A" w:rsidR="00BD496E" w:rsidRPr="00386149" w:rsidRDefault="00564283">
      <w:pPr>
        <w:rPr>
          <w:rFonts w:ascii="Calibri" w:hAnsi="Calibri" w:cs="Calibri"/>
          <w:sz w:val="24"/>
          <w:szCs w:val="24"/>
        </w:rPr>
      </w:pPr>
      <w:r w:rsidRPr="00386149">
        <w:rPr>
          <w:rFonts w:ascii="Calibri" w:hAnsi="Calibri" w:cs="Calibri"/>
          <w:color w:val="000000" w:themeColor="text1"/>
          <w:sz w:val="24"/>
          <w:szCs w:val="24"/>
        </w:rPr>
        <w:t>Date: _____________________________________________</w:t>
      </w:r>
      <w:r w:rsidR="00ED371C">
        <w:rPr>
          <w:rFonts w:ascii="Calibri" w:hAnsi="Calibri" w:cs="Calibri"/>
          <w:color w:val="000000" w:themeColor="text1"/>
          <w:sz w:val="24"/>
          <w:szCs w:val="24"/>
        </w:rPr>
        <w:t>______________________</w:t>
      </w:r>
      <w:r w:rsidRPr="00386149">
        <w:rPr>
          <w:rFonts w:ascii="Calibri" w:hAnsi="Calibri" w:cs="Calibri"/>
          <w:color w:val="000000" w:themeColor="text1"/>
          <w:sz w:val="24"/>
          <w:szCs w:val="24"/>
        </w:rPr>
        <w:t>___</w:t>
      </w:r>
      <w:r w:rsidRPr="00386149">
        <w:rPr>
          <w:rFonts w:ascii="Calibri" w:hAnsi="Calibri" w:cs="Calibri"/>
          <w:sz w:val="24"/>
          <w:szCs w:val="24"/>
        </w:rPr>
        <w:t>___</w:t>
      </w:r>
    </w:p>
    <w:sectPr w:rsidR="00BD496E" w:rsidRPr="00386149" w:rsidSect="00ED371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7358363">
    <w:abstractNumId w:val="8"/>
  </w:num>
  <w:num w:numId="2" w16cid:durableId="2080980248">
    <w:abstractNumId w:val="6"/>
  </w:num>
  <w:num w:numId="3" w16cid:durableId="819691221">
    <w:abstractNumId w:val="5"/>
  </w:num>
  <w:num w:numId="4" w16cid:durableId="149752522">
    <w:abstractNumId w:val="4"/>
  </w:num>
  <w:num w:numId="5" w16cid:durableId="1013336292">
    <w:abstractNumId w:val="7"/>
  </w:num>
  <w:num w:numId="6" w16cid:durableId="1101490774">
    <w:abstractNumId w:val="3"/>
  </w:num>
  <w:num w:numId="7" w16cid:durableId="582303041">
    <w:abstractNumId w:val="2"/>
  </w:num>
  <w:num w:numId="8" w16cid:durableId="1721241730">
    <w:abstractNumId w:val="1"/>
  </w:num>
  <w:num w:numId="9" w16cid:durableId="53682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6149"/>
    <w:rsid w:val="007D295D"/>
    <w:rsid w:val="008F3A30"/>
    <w:rsid w:val="009839ED"/>
    <w:rsid w:val="00A401F0"/>
    <w:rsid w:val="00AA1D8D"/>
    <w:rsid w:val="00B47730"/>
    <w:rsid w:val="00B777C8"/>
    <w:rsid w:val="00BD496E"/>
    <w:rsid w:val="00CB0664"/>
    <w:rsid w:val="00ED371C"/>
    <w:rsid w:val="00F564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412886"/>
  <w14:defaultImageDpi w14:val="300"/>
  <w15:docId w15:val="{A5D0A02A-FA72-40E8-A8A7-435064D0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1630</Characters>
  <Application>Microsoft Office Word</Application>
  <DocSecurity>0</DocSecurity>
  <Lines>30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Koepp</dc:creator>
  <cp:keywords/>
  <dc:description>generated by python-docx</dc:description>
  <cp:lastModifiedBy>Jennifer Levert</cp:lastModifiedBy>
  <cp:revision>3</cp:revision>
  <dcterms:created xsi:type="dcterms:W3CDTF">2026-08-27T14:28:00Z</dcterms:created>
  <dcterms:modified xsi:type="dcterms:W3CDTF">2026-08-27T21:13:00Z</dcterms:modified>
  <cp:category/>
</cp:coreProperties>
</file>